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RAPPORT DE STAGE</w:t>
      </w:r>
    </w:p>
    <w:p>
      <w:r>
        <w:t>Integration au service commercial de Datashop</w:t>
      </w:r>
    </w:p>
    <w:p>
      <w:r>
        <w:t>Periode du 6 avril au 26 juin 2026</w:t>
      </w:r>
    </w:p>
    <w:p>
      <w:r>
        <w:t>Redige par : (votre prenom et nom)</w:t>
      </w:r>
    </w:p>
    <w:p>
      <w:r>
        <w:t>Formation : (votre formation) - Annee 2025-2026</w:t>
      </w:r>
    </w:p>
    <w:p>
      <w:r>
        <w:t>Tuteur entreprise : Camille Roy, responsable commerciale</w:t>
      </w:r>
    </w:p>
    <w:p/>
    <w:p>
      <w:r>
        <w:t>SOMMAIRE</w:t>
      </w:r>
    </w:p>
    <w:p>
      <w:r>
        <w:t>(a generer automatiquement une fois les styles appliques)</w:t>
      </w:r>
    </w:p>
    <w:p/>
    <w:p>
      <w:r>
        <w:t>REMERCIEMENTS</w:t>
      </w:r>
    </w:p>
    <w:p>
      <w:r>
        <w:t>Je tiens a remercier l ensemble de l equipe de Datashop pour son accueil durant ces douze semaines. Ma tutrice, Camille Roy, m a confie des missions reelles des la premiere semaine et a pris le temps de m expliquer les enjeux commerciaux de chaque dossier. Je remercie egalement Mehdi Bensaid pour sa patience lors de mes premiers pas au service logistique, ainsi que Julie Weber qui m a forme aux outils de suivi administratif.</w:t>
      </w:r>
    </w:p>
    <w:p/>
    <w:p>
      <w:r>
        <w:t>INTRODUCTION</w:t>
      </w:r>
    </w:p>
    <w:p>
      <w:r>
        <w:t>Dans le cadre de ma formation, j ai effectue un stage de douze semaines au sein de l entreprise Datashop, une PME specialisee dans la distribution de materiel informatique aux professionnels. Ce stage avait pour objectif de decouvrir le fonctionnement d un service commercial et de participer concretement a l analyse de la performance de l entreprise.</w:t>
      </w:r>
    </w:p>
    <w:p>
      <w:r>
        <w:t>Ma mission principale a consiste a construire un tableau de bord de suivi des ventes, exploite ensuite par la direction lors de la revue commerciale trimestrielle. Ce rapport presente successivement l entreprise, les missions qui m ont ete confiees, les competences que j ai developpees, puis le bilan que je tire de cette experience.</w:t>
      </w:r>
    </w:p>
    <w:p/>
    <w:p>
      <w:r>
        <w:t>PRESENTATION DE L ENTREPRISE</w:t>
      </w:r>
    </w:p>
    <w:p>
      <w:r>
        <w:t>Fiche d identite</w:t>
      </w:r>
    </w:p>
    <w:p>
      <w:r>
        <w:t>Datashop est une societe a responsabilite limitee fondee en 2011, dont le siege se situe en region Ouest. L entreprise emploie douze salaries repartis en quatre services : commercial, logistique, support technique et administration. Son activite consiste a selectionner, stocker et revendre du materiel informatique a une clientele exclusivement professionnelle : cabinets liberaux, commerces, collectivites et etablissements scolaires.</w:t>
      </w:r>
    </w:p>
    <w:p>
      <w:r>
        <w:t>Le catalogue et les clients</w:t>
      </w:r>
    </w:p>
    <w:p>
      <w:r>
        <w:t>Le catalogue compte quatorze references reparties en quatre familles : ordinateurs, peripheriques, materiel reseau et accessoires. En 2026, l entreprise a traite cent vingt-trois commandes pour un chiffre d affaires de cinquante et un mille trois cent six euros. La clientele se repartit sur quatre regions commerciales : Nord, Sud, Est et Ouest.</w:t>
      </w:r>
    </w:p>
    <w:p>
      <w:r>
        <w:t>L organisation</w:t>
      </w:r>
    </w:p>
    <w:p>
      <w:r>
        <w:t>La direction est assuree par la gerante, qui supervise les quatre services. Le service commercial regroupe quatre collaborateurs, dont ma tutrice. Le service logistique compte trois personnes chargees de la reception, du stockage et de l expedition. Le support technique intervient aupres des clients apres la vente. L administration gere la facturation et la paie.</w:t>
      </w:r>
    </w:p>
    <w:p/>
    <w:p>
      <w:r>
        <w:t>LES MISSIONS REALISEES</w:t>
      </w:r>
    </w:p>
    <w:p>
      <w:r>
        <w:t>Mission 1 : la reprise des donnees de vente</w:t>
      </w:r>
    </w:p>
    <w:p>
      <w:r>
        <w:t>Ma premiere mission a consiste a rassembler dans un classeur unique les commandes de l annee, jusque-la dispersees dans plusieurs fichiers. J ai standardise les intitules de colonnes, corrige les doublons de noms de clients et verifie la coherence des montants. Cette phase de nettoyage, que je pensais secondaire, s est revelee etre la plus importante : sans donnees fiables, aucune analyse ne tient.</w:t>
      </w:r>
    </w:p>
    <w:p>
      <w:r>
        <w:t>Mission 2 : l analyse de la performance commerciale</w:t>
      </w:r>
    </w:p>
    <w:p>
      <w:r>
        <w:t>J ai ensuite construit une analyse par region, par categorie de produits et par commercial. Le tableau croise dynamique m a permis de faire apparaitre un constat que l equipe soupconnait sans pouvoir le chiffrer : la region Est represente seulement douze pour cent du chiffre d affaires, avec un panier moyen nettement inferieur aux autres regions.</w:t>
      </w:r>
    </w:p>
    <w:p>
      <w:r>
        <w:t>Mission 3 : la mise en forme du tableau de bord</w:t>
      </w:r>
    </w:p>
    <w:p>
      <w:r>
        <w:t>La derniere partie de ma mission portait sur la restitution. J ai concu un tableau de bord synthetique reprenant les indicateurs cles, des graphiques d evolution mensuelle et des segments permettant a la direction de filtrer les donnees en un clic. Ce document a ete presente lors de la revue commerciale du mois de juin.</w:t>
      </w:r>
    </w:p>
    <w:p/>
    <w:p>
      <w:r>
        <w:t>LES COMPETENCES DEVELOPPEES</w:t>
      </w:r>
    </w:p>
    <w:p>
      <w:r>
        <w:t>Competences techniques</w:t>
      </w:r>
    </w:p>
    <w:p>
      <w:r>
        <w:t>Ce stage m a permis de progresser nettement sur le tableur : formules de recherche, fonctions conditionnelles, tableaux croises dynamiques et mise en forme conditionnelle. J ai egalement decouvert la preparation de donnees et compris pourquoi les entreprises y consacrent autant de temps.</w:t>
      </w:r>
    </w:p>
    <w:p>
      <w:r>
        <w:t>Competences relationnelles</w:t>
      </w:r>
    </w:p>
    <w:p>
      <w:r>
        <w:t>Au-dela de la technique, j ai appris a reformuler une demande. Lorsque ma tutrice m a demande un etat des ventes, il a fallu comprendre ce qu elle cherchait reellement a savoir. J ai aussi presente mon travail devant l equipe, exercice qui m a demande de simplifier mon propos sans le deformer.</w:t>
      </w:r>
    </w:p>
    <w:p>
      <w:r>
        <w:t>Competences d organisation</w:t>
      </w:r>
    </w:p>
    <w:p>
      <w:r>
        <w:t>Travailler sur douze semaines avec des echeances intermediaires m a oblige a planifier. J ai tenu un journal de bord hebdomadaire qui m a servi de base pour rediger ce rapport.</w:t>
      </w:r>
    </w:p>
    <w:p/>
    <w:p>
      <w:r>
        <w:t>BILAN ET CONCLUSION</w:t>
      </w:r>
    </w:p>
    <w:p>
      <w:r>
        <w:t>Ce stage a confirme mon interet pour les metiers de l analyse de donnees en environnement commercial. J y ai decouvert qu un tableau n a de valeur que par la decision qu il permet de prendre : mon analyse de la region Est a debouche sur un plan d action concret pour le trimestre suivant.</w:t>
      </w:r>
    </w:p>
    <w:p>
      <w:r>
        <w:t>Sur le plan personnel, j ai gagne en autonomie et en confiance. Je sais desormais qu une donnee mal preparee produit une analyse fausse, et qu une analyse juste mal presentee ne sera pas utilisee. Ces deux enseignements guideront la suite de mon parcours.</w:t>
      </w:r>
    </w:p>
    <w:p>
      <w:r>
        <w:t>Je souhaite poursuivre dans cette voie en approfondissant les outils decisionnels, notamment la creation de tableaux de bord interactifs, afin de pouvoir accompagner des entreprises comme Datashop dans le pilotage de leur activite.</w:t>
      </w:r>
    </w:p>
    <w:p/>
    <w:p>
      <w:r>
        <w:t>ANNEXES</w:t>
      </w:r>
    </w:p>
    <w:p>
      <w:r>
        <w:t>Annexe 1 : extrait du tableau de bord commercial</w:t>
      </w:r>
    </w:p>
    <w:p>
      <w:r>
        <w:t>Annexe 2 : repartition du chiffre d affaires par region</w:t>
      </w:r>
    </w:p>
    <w:p>
      <w:r>
        <w:t>Annexe 3 : organigramme de l entreprise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