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56"/>
        </w:rPr>
        <w:t>Rapport d'activité 2026</w:t>
      </w:r>
    </w:p>
    <w:p>
      <w:r>
        <w:t>Datashop — distributeur de matériel informatique</w:t>
      </w:r>
    </w:p>
    <w:p>
      <w:r>
        <w:drawing>
          <wp:inline xmlns:a="http://schemas.openxmlformats.org/drawingml/2006/main" xmlns:pic="http://schemas.openxmlformats.org/drawingml/2006/picture">
            <wp:extent cx="2160000" cy="486000"/>
            <wp:docPr id="1" name="Picture 1"/>
            <wp:cNvGraphicFramePr>
              <a:graphicFrameLocks noChangeAspect="1"/>
            </wp:cNvGraphicFramePr>
            <a:graphic>
              <a:graphicData uri="http://schemas.openxmlformats.org/drawingml/2006/picture">
                <pic:pic>
                  <pic:nvPicPr>
                    <pic:cNvPr id="0" name="datashop-logo.png"/>
                    <pic:cNvPicPr/>
                  </pic:nvPicPr>
                  <pic:blipFill>
                    <a:blip r:embed="rId9"/>
                    <a:stretch>
                      <a:fillRect/>
                    </a:stretch>
                  </pic:blipFill>
                  <pic:spPr>
                    <a:xfrm>
                      <a:off x="0" y="0"/>
                      <a:ext cx="2160000" cy="486000"/>
                    </a:xfrm>
                    <a:prstGeom prst="rect"/>
                  </pic:spPr>
                </pic:pic>
              </a:graphicData>
            </a:graphic>
          </wp:inline>
        </w:drawing>
      </w:r>
    </w:p>
    <w:p>
      <w:r>
        <w:t>Ce rapport présente nos résultats 2026, nos points de vente, trois enseignements et nos engagements pour 2027.</w:t>
      </w:r>
    </w:p>
    <w:tbl>
      <w:tblPr>
        <w:tblW w:type="auto" w:w="0"/>
        <w:tblLook w:firstColumn="1" w:firstRow="1" w:lastColumn="0" w:lastRow="0" w:noHBand="0" w:noVBand="1" w:val="04A0"/>
      </w:tblPr>
      <w:tblGrid>
        <w:gridCol w:w="4819"/>
        <w:gridCol w:w="4819"/>
      </w:tblGrid>
      <w:tr>
        <w:tc>
          <w:tcPr>
            <w:tcW w:type="dxa" w:w="4819"/>
          </w:tcPr>
          <w:p>
            <w:r>
              <w:t>Préparé par</w:t>
            </w:r>
          </w:p>
        </w:tc>
        <w:tc>
          <w:tcPr>
            <w:tcW w:type="dxa" w:w="4819"/>
          </w:tcPr>
          <w:p>
            <w:r>
              <w:t>Prénom NOM</w:t>
            </w:r>
          </w:p>
        </w:tc>
      </w:tr>
      <w:tr>
        <w:tc>
          <w:tcPr>
            <w:tcW w:type="dxa" w:w="4819"/>
          </w:tcPr>
          <w:p>
            <w:r>
              <w:t>Poste visé</w:t>
            </w:r>
          </w:p>
        </w:tc>
        <w:tc>
          <w:tcPr>
            <w:tcW w:type="dxa" w:w="4819"/>
          </w:tcPr>
          <w:p>
            <w:r>
              <w:t>Assistant·e de direction en alternance</w:t>
            </w:r>
          </w:p>
        </w:tc>
      </w:tr>
      <w:tr>
        <w:tc>
          <w:tcPr>
            <w:tcW w:type="dxa" w:w="4819"/>
          </w:tcPr>
          <w:p>
            <w:r>
              <w:t>Date</w:t>
            </w:r>
          </w:p>
        </w:tc>
        <w:tc>
          <w:tcPr>
            <w:tcW w:type="dxa" w:w="4819"/>
          </w:tcPr>
          <w:p>
            <w:r>
              <w:t>Janvier 2027</w:t>
            </w:r>
          </w:p>
        </w:tc>
      </w:tr>
    </w:tbl>
    <w:p>
      <w:r>
        <w:br w:type="page"/>
      </w:r>
    </w:p>
    <w:p>
      <w:pPr>
        <w:pStyle w:val="TOCHeading"/>
      </w:pPr>
      <w:r>
        <w:t>Sommaire</w:t>
      </w:r>
    </w:p>
    <w:p>
      <w:pPr>
        <w:pStyle w:val="toc1"/>
        <w:tabs>
          <w:tab w:val="right" w:pos="9072" w:leader="dot"/>
        </w:tabs>
      </w:pPr>
      <w:r>
        <w:fldChar w:fldCharType="begin"/>
      </w:r>
      <w:r>
        <w:instrText xml:space="preserve"> TOC \o "1-2" \h \z \u </w:instrText>
      </w:r>
      <w:r>
        <w:fldChar w:fldCharType="separate"/>
      </w:r>
      <w:r>
        <w:t xml:space="preserve">Le mot de la directrice</w:t>
      </w:r>
      <w:r>
        <w:tab/>
      </w:r>
      <w:r>
        <w:t xml:space="preserve">3</w:t>
      </w:r>
    </w:p>
    <w:p>
      <w:pPr>
        <w:pStyle w:val="toc1"/>
        <w:tabs>
          <w:tab w:val="right" w:pos="9072" w:leader="dot"/>
        </w:tabs>
      </w:pPr>
      <w:r>
        <w:t xml:space="preserve">Datashop en bref</w:t>
      </w:r>
      <w:r>
        <w:tab/>
      </w:r>
      <w:r>
        <w:t xml:space="preserve">3</w:t>
      </w:r>
    </w:p>
    <w:p>
      <w:pPr>
        <w:pStyle w:val="toc2"/>
        <w:tabs>
          <w:tab w:val="right" w:pos="9072" w:leader="dot"/>
        </w:tabs>
      </w:pPr>
      <w:r>
        <w:t xml:space="preserve">Notre métier</w:t>
      </w:r>
      <w:r>
        <w:tab/>
      </w:r>
      <w:r>
        <w:t xml:space="preserve">3</w:t>
      </w:r>
    </w:p>
    <w:p>
      <w:pPr>
        <w:pStyle w:val="toc2"/>
        <w:tabs>
          <w:tab w:val="right" w:pos="9072" w:leader="dot"/>
        </w:tabs>
      </w:pPr>
      <w:r>
        <w:t xml:space="preserve">Nos quatre canaux de vente</w:t>
      </w:r>
      <w:r>
        <w:tab/>
      </w:r>
      <w:r>
        <w:t xml:space="preserve">3</w:t>
      </w:r>
    </w:p>
    <w:p>
      <w:pPr>
        <w:pStyle w:val="toc2"/>
        <w:tabs>
          <w:tab w:val="right" w:pos="9072" w:leader="dot"/>
        </w:tabs>
      </w:pPr>
      <w:r>
        <w:t xml:space="preserve">Nos chiffres clés</w:t>
      </w:r>
      <w:r>
        <w:tab/>
      </w:r>
      <w:r>
        <w:t xml:space="preserve">3</w:t>
      </w:r>
    </w:p>
    <w:p>
      <w:pPr>
        <w:pStyle w:val="toc1"/>
        <w:tabs>
          <w:tab w:val="right" w:pos="9072" w:leader="dot"/>
        </w:tabs>
      </w:pPr>
      <w:r>
        <w:t xml:space="preserve">Une année de croissance</w:t>
      </w:r>
      <w:r>
        <w:tab/>
      </w:r>
      <w:r>
        <w:t xml:space="preserve">3</w:t>
      </w:r>
    </w:p>
    <w:p>
      <w:pPr>
        <w:pStyle w:val="toc2"/>
        <w:tabs>
          <w:tab w:val="right" w:pos="9072" w:leader="dot"/>
        </w:tabs>
      </w:pPr>
      <w:r>
        <w:t xml:space="preserve">Le chiffre d'affaires</w:t>
      </w:r>
      <w:r>
        <w:tab/>
      </w:r>
      <w:r>
        <w:t xml:space="preserve">3</w:t>
      </w:r>
    </w:p>
    <w:p>
      <w:pPr>
        <w:pStyle w:val="toc2"/>
        <w:tabs>
          <w:tab w:val="right" w:pos="9072" w:leader="dot"/>
        </w:tabs>
      </w:pPr>
      <w:r>
        <w:t xml:space="preserve">La marge</w:t>
      </w:r>
      <w:r>
        <w:tab/>
      </w:r>
      <w:r>
        <w:t xml:space="preserve">4</w:t>
      </w:r>
    </w:p>
    <w:p>
      <w:pPr>
        <w:pStyle w:val="toc2"/>
        <w:tabs>
          <w:tab w:val="right" w:pos="9072" w:leader="dot"/>
        </w:tabs>
      </w:pPr>
      <w:r>
        <w:t xml:space="preserve">Le panier moyen</w:t>
      </w:r>
      <w:r>
        <w:tab/>
      </w:r>
      <w:r>
        <w:t xml:space="preserve">4</w:t>
      </w:r>
    </w:p>
    <w:p>
      <w:pPr>
        <w:pStyle w:val="toc1"/>
        <w:tabs>
          <w:tab w:val="right" w:pos="9072" w:leader="dot"/>
        </w:tabs>
      </w:pPr>
      <w:r>
        <w:t xml:space="preserve">Nos points de vente</w:t>
      </w:r>
      <w:r>
        <w:tab/>
      </w:r>
      <w:r>
        <w:t xml:space="preserve">4</w:t>
      </w:r>
    </w:p>
    <w:p>
      <w:pPr>
        <w:pStyle w:val="toc1"/>
        <w:tabs>
          <w:tab w:val="right" w:pos="9072" w:leader="dot"/>
        </w:tabs>
      </w:pPr>
      <w:r>
        <w:t xml:space="preserve">Trois enseignements</w:t>
      </w:r>
      <w:r>
        <w:tab/>
      </w:r>
      <w:r>
        <w:t xml:space="preserve">5</w:t>
      </w:r>
    </w:p>
    <w:p>
      <w:pPr>
        <w:pStyle w:val="toc2"/>
        <w:tabs>
          <w:tab w:val="right" w:pos="9072" w:leader="dot"/>
        </w:tabs>
      </w:pPr>
      <w:r>
        <w:t xml:space="preserve">La télévente décolle, le magasin recule</w:t>
      </w:r>
      <w:r>
        <w:tab/>
      </w:r>
      <w:r>
        <w:t xml:space="preserve">5</w:t>
      </w:r>
    </w:p>
    <w:p>
      <w:pPr>
        <w:pStyle w:val="toc2"/>
        <w:tabs>
          <w:tab w:val="right" w:pos="9072" w:leader="dot"/>
        </w:tabs>
      </w:pPr>
      <w:r>
        <w:t xml:space="preserve">Vendre beaucoup n'est pas gagner</w:t>
      </w:r>
      <w:r>
        <w:tab/>
      </w:r>
      <w:r>
        <w:t xml:space="preserve">5</w:t>
      </w:r>
    </w:p>
    <w:p>
      <w:pPr>
        <w:pStyle w:val="toc2"/>
        <w:tabs>
          <w:tab w:val="right" w:pos="9072" w:leader="dot"/>
        </w:tabs>
      </w:pPr>
      <w:r>
        <w:t xml:space="preserve">Nos retours parlent de logistique</w:t>
      </w:r>
      <w:r>
        <w:tab/>
      </w:r>
      <w:r>
        <w:t xml:space="preserve">5</w:t>
      </w:r>
    </w:p>
    <w:p>
      <w:pPr>
        <w:pStyle w:val="toc1"/>
        <w:tabs>
          <w:tab w:val="right" w:pos="9072" w:leader="dot"/>
        </w:tabs>
      </w:pPr>
      <w:r>
        <w:t xml:space="preserve">Notre équipe</w:t>
      </w:r>
      <w:r>
        <w:tab/>
      </w:r>
      <w:r>
        <w:t xml:space="preserve">5</w:t>
      </w:r>
    </w:p>
    <w:p>
      <w:pPr>
        <w:pStyle w:val="toc1"/>
        <w:tabs>
          <w:tab w:val="right" w:pos="9072" w:leader="dot"/>
        </w:tabs>
      </w:pPr>
      <w:r>
        <w:t xml:space="preserve">Nos engagements pour 2027</w:t>
      </w:r>
      <w:r>
        <w:tab/>
      </w:r>
      <w:r>
        <w:t xml:space="preserve">5</w:t>
      </w:r>
    </w:p>
    <w:p>
      <w:pPr>
        <w:pStyle w:val="toc1"/>
        <w:tabs>
          <w:tab w:val="right" w:pos="9072" w:leader="dot"/>
        </w:tabs>
      </w:pPr>
      <w:r>
        <w:t xml:space="preserve">Annexe : le chiffre d'affaires mois par mois</w:t>
      </w:r>
      <w:r>
        <w:tab/>
      </w:r>
      <w:r>
        <w:t xml:space="preserve">6</w:t>
      </w:r>
      <w:r>
        <w:fldChar w:fldCharType="end"/>
      </w:r>
    </w:p>
    <w:p>
      <w:r>
        <w:br w:type="page"/>
      </w:r>
    </w:p>
    <w:p>
      <w:pPr>
        <w:pStyle w:val="Heading1"/>
      </w:pPr>
      <w:r>
        <w:t>Le mot de la directrice</w:t>
      </w:r>
    </w:p>
    <w:p>
      <w:r>
        <w:t xml:space="preserve">Chers clients, chers partenaires, chère équipe,</w:t>
      </w:r>
    </w:p>
    <w:p>
      <w:r>
        <w:t xml:space="preserve">2026 restera pour </w:t>
      </w:r>
      <w:r>
        <w:t xml:space="preserve">Datashop</w:t>
      </w:r>
      <w:r>
        <w:t xml:space="preserve"> l'année de la confirmation. Notre chiffre d'affaires atteint 234 290,66 €, en hausse de 16,2 % sur 2025, et chacun des douze mois a progressé par rapport à l'année précédente. Cette croissance n'est pas venue</w:t>
      </w:r>
      <w:r>
        <w:t xml:space="preserve"> </w:t>
      </w:r>
      <w:r>
        <w:t xml:space="preserve">d'un coup de chance : elle est le fruit d'un travail patient, canal par canal, client par client.</w:t>
      </w:r>
      <w:r>
        <w:t xml:space="preserve"> Merci à chacune et à chacun d'entre vous.</w:t>
      </w:r>
    </w:p>
    <w:p>
      <w:r>
        <w:t xml:space="preserve">Ce rapport ne cache rien. Vous y lirez ce qui a bien marché, comme la télévente, et ce qui doit changer, comme nos magasins de Lille et de Lyon ou la protection de nos colis. C'est en regardant nos chiffres en face que nous préparons 2027.</w:t>
      </w:r>
    </w:p>
    <w:p>
      <w:pPr>
        <w:pBdr>
          <w:top w:val="single" w:sz="6" w:space="4" w:color="3B5BFD"/>
          <w:left w:val="single" w:sz="6" w:space="4" w:color="3B5BFD"/>
          <w:bottom w:val="single" w:sz="6" w:space="4" w:color="3B5BFD"/>
          <w:right w:val="single" w:sz="6" w:space="4" w:color="3B5BFD"/>
        </w:pBdr>
        <w:shd w:val="clear" w:color="auto" w:fill="F4F6FB"/>
      </w:pPr>
      <w:r>
        <w:t>« Un bon chiffre ne se fête pas : il s'explique, puis il se répète. »</w:t>
      </w:r>
    </w:p>
    <w:p>
      <w:r>
        <w:rPr>
          <w:i/>
        </w:rPr>
        <w:t xml:space="preserve">Camille Roy, directrice générale</w:t>
      </w:r>
    </w:p>
    <w:p>
      <w:pPr>
        <w:pStyle w:val="Heading1"/>
      </w:pPr>
      <w:r>
        <w:t>Datashop en bref</w:t>
      </w:r>
    </w:p>
    <w:p>
      <w:pPr>
        <w:pStyle w:val="Heading2"/>
      </w:pPr>
      <w:r>
        <w:t>Notre métier</w:t>
      </w:r>
    </w:p>
    <w:p>
      <w:r>
        <w:t xml:space="preserve">Datashop</w:t>
      </w:r>
      <w:r>
        <w:t xml:space="preserve"> distribue du matériel informatique aux particuliers et aux professionnels : écrans, périphériques, stockage, réseau, accessoires, consommables, et des services d'installation et de garantie. Notre catalogue compte 46 références réparties en 7 catégories. Nous avons servi 140 clients en deux ans, dont 42 </w:t>
      </w:r>
      <w:r>
        <w:t xml:space="preserve">professionnels</w:t>
      </w:r>
      <w:r>
        <w:t xml:space="preserve"> : artisans, cabinets, petites entreprises, qui pèsent à eux seuls 54,8 % de notre chiffre d'affaires.</w:t>
      </w:r>
    </w:p>
    <w:p>
      <w:pPr>
        <w:pStyle w:val="Heading2"/>
      </w:pPr>
      <w:r>
        <w:t>Nos quatre canaux de vente</w:t>
      </w:r>
    </w:p>
    <w:p>
      <w:r>
        <w:t xml:space="preserve">Nos clients achètent comme ils le souhaitent : sur notre boutique en ligne datashop.fr, dans nos trois magasins de Lille, Nantes et Lyon, par téléphone auprès de notre équipe de télévente, ou sur une place de marché partenaire. Sur deux ans, le site web reste notre premier canal avec 160 835,80 € de ventes, devant le magasin (134 865,29 €), le téléphone (82 086,00 €) et la place de marché (58 113,76 €).</w:t>
      </w:r>
    </w:p>
    <w:p>
      <w:pPr>
        <w:pStyle w:val="Heading2"/>
      </w:pPr>
      <w:r>
        <w:t>Nos chiffres clés</w:t>
      </w:r>
    </w:p>
    <w:p>
      <w:r>
        <w:t xml:space="preserve">12 salariés, 3 magasins, 4 canaux de vente, 46 produits, 140 clients et 936 commandes valides en deux ans : </w:t>
      </w:r>
      <w:r>
        <w:t xml:space="preserve">Datashop</w:t>
      </w:r>
      <w:r>
        <w:t xml:space="preserve"> reste une petite entreprise, qui se donne les moyens de grandir.</w:t>
      </w:r>
    </w:p>
    <w:p>
      <w:pPr>
        <w:pStyle w:val="Heading1"/>
      </w:pPr>
      <w:r>
        <w:t>Une année de croissance</w:t>
      </w:r>
    </w:p>
    <w:p>
      <w:pPr>
        <w:pStyle w:val="Heading2"/>
      </w:pPr>
      <w:r>
        <w:t>Le chiffre d'affaires</w:t>
      </w:r>
    </w:p>
    <w:p>
      <w:r>
        <w:t xml:space="preserve">En 2026, nos ventes atteignent 234 290,66 €, contre 201 610,19 € en 2025 : +16,2 %. La progression est régulière : douze mois sur douze sont en hausse.</w:t>
      </w:r>
      <w:r>
        <w:t xml:space="preserve"> Septembre, porté par la rentrée, dépasse pour la première fois les 22 000 €.</w:t>
      </w:r>
      <w:r>
        <w:t xml:space="preserve"> Décembre reste notre meilleur mois (29 668,93 €) et août le plus calme (10 560,32 €), comme chaque année.</w:t>
      </w:r>
    </w:p>
    <w:p>
      <w:r>
        <w:t xml:space="preserve">Ces chiffres portent sur les 936 commandes valides des deux années ; les 30 commandes annulées en sont exclues.</w:t>
      </w:r>
    </w:p>
    <w:p>
      <w:pPr>
        <w:pStyle w:val="Heading2"/>
      </w:pPr>
      <w:r>
        <w:t>La marge</w:t>
      </w:r>
    </w:p>
    <w:p>
      <w:r>
        <w:t xml:space="preserve">Notre marge brute atteint 198 344,05 € sur les deux années, soit 45,6 % du chiffre d'affaires. Elle progresse aussi en 2026 : 107 045,26 €, soit 45,7 % des ventes de produits. Le </w:t>
      </w:r>
      <w:r>
        <w:t xml:space="preserve">développement</w:t>
      </w:r>
      <w:r>
        <w:t xml:space="preserve"> des services y est pour beaucoup.</w:t>
      </w:r>
    </w:p>
    <w:p>
      <w:pPr>
        <w:pStyle w:val="Heading2"/>
      </w:pPr>
      <w:r>
        <w:t>Le panier moyen</w:t>
      </w:r>
    </w:p>
    <w:p>
      <w:r>
        <w:t xml:space="preserve">Un client dépense en moyenne 465,71 € par commande sur les deux années, et 474,27 € en 2026. Les professionnels, qui commandent par lots, tirent ce chiffre vers le haut.</w:t>
      </w:r>
    </w:p>
    <w:p>
      <w:pPr>
        <w:pStyle w:val="Heading1"/>
      </w:pPr>
      <w:r>
        <w:t>Nos points de vente</w:t>
      </w:r>
    </w:p>
    <w:p>
      <w:r>
        <w:t xml:space="preserve">Datashop</w:t>
      </w:r>
      <w:r>
        <w:t xml:space="preserve"> vend par six points de vente : trois magasins, la boutique en ligne, la télévente et une place de marché. Le tableau ci-dessous</w:t>
      </w:r>
      <w:r>
        <w:t xml:space="preserve"> </w:t>
      </w:r>
      <w:r>
        <w:t xml:space="preserve">les présente.</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t>Point de vente</w:t>
            </w:r>
          </w:p>
        </w:tc>
        <w:tc>
          <w:tcPr>
            <w:tcW w:type="dxa" w:w="1606"/>
          </w:tcPr>
          <w:p>
            <w:r>
              <w:t>CA 2026 (€)</w:t>
            </w:r>
          </w:p>
        </w:tc>
        <w:tc>
          <w:tcPr>
            <w:tcW w:type="dxa" w:w="1606"/>
          </w:tcPr>
          <w:p>
            <w:r>
              <w:t>Ville</w:t>
            </w:r>
          </w:p>
        </w:tc>
        <w:tc>
          <w:tcPr>
            <w:tcW w:type="dxa" w:w="1606"/>
          </w:tcPr>
          <w:p>
            <w:r>
              <w:t>Ouverture</w:t>
            </w:r>
          </w:p>
        </w:tc>
        <w:tc>
          <w:tcPr>
            <w:tcW w:type="dxa" w:w="1606"/>
          </w:tcPr>
          <w:p>
            <w:r>
              <w:t>Surface (m²)</w:t>
            </w:r>
          </w:p>
        </w:tc>
        <w:tc>
          <w:tcPr>
            <w:tcW w:type="dxa" w:w="1606"/>
          </w:tcPr>
          <w:p>
            <w:r>
              <w:t>Responsable</w:t>
            </w:r>
          </w:p>
        </w:tc>
      </w:tr>
      <w:tr>
        <w:tc>
          <w:tcPr>
            <w:tcW w:type="dxa" w:w="1606"/>
          </w:tcPr>
          <w:p>
            <w:r>
              <w:t>Boutique en ligne datashop.fr</w:t>
            </w:r>
          </w:p>
        </w:tc>
        <w:tc>
          <w:tcPr>
            <w:tcW w:type="dxa" w:w="1606"/>
          </w:tcPr>
          <w:p>
            <w:r>
              <w:t>83 791,35</w:t>
            </w:r>
          </w:p>
        </w:tc>
        <w:tc>
          <w:tcPr>
            <w:tcW w:type="dxa" w:w="1606"/>
          </w:tcPr>
          <w:p>
            <w:r>
              <w:t>—</w:t>
            </w:r>
          </w:p>
        </w:tc>
        <w:tc>
          <w:tcPr>
            <w:tcW w:type="dxa" w:w="1606"/>
          </w:tcPr>
          <w:p>
            <w:r>
              <w:t>2013</w:t>
            </w:r>
          </w:p>
        </w:tc>
        <w:tc>
          <w:tcPr>
            <w:tcW w:type="dxa" w:w="1606"/>
          </w:tcPr>
          <w:p>
            <w:r>
              <w:t>—</w:t>
            </w:r>
          </w:p>
        </w:tc>
        <w:tc>
          <w:tcPr>
            <w:tcW w:type="dxa" w:w="1606"/>
          </w:tcPr>
          <w:p>
            <w:r>
              <w:t>Sofia Lambert</w:t>
            </w:r>
          </w:p>
        </w:tc>
      </w:tr>
      <w:tr>
        <w:tc>
          <w:tcPr>
            <w:tcW w:type="dxa" w:w="1606"/>
          </w:tcPr>
          <w:p>
            <w:r>
              <w:t>Magasin Lille Centre</w:t>
            </w:r>
          </w:p>
        </w:tc>
        <w:tc>
          <w:tcPr>
            <w:tcW w:type="dxa" w:w="1606"/>
          </w:tcPr>
          <w:p>
            <w:r>
              <w:t>19 341,13</w:t>
            </w:r>
          </w:p>
        </w:tc>
        <w:tc>
          <w:tcPr>
            <w:tcW w:type="dxa" w:w="1606"/>
          </w:tcPr>
          <w:p>
            <w:r>
              <w:t>Lille</w:t>
            </w:r>
          </w:p>
        </w:tc>
        <w:tc>
          <w:tcPr>
            <w:tcW w:type="dxa" w:w="1606"/>
          </w:tcPr>
          <w:p>
            <w:r>
              <w:t>2015</w:t>
            </w:r>
          </w:p>
        </w:tc>
        <w:tc>
          <w:tcPr>
            <w:tcW w:type="dxa" w:w="1606"/>
          </w:tcPr>
          <w:p>
            <w:r>
              <w:t>180</w:t>
            </w:r>
          </w:p>
        </w:tc>
        <w:tc>
          <w:tcPr>
            <w:tcW w:type="dxa" w:w="1606"/>
          </w:tcPr>
          <w:p>
            <w:r>
              <w:t>Karim Benali</w:t>
            </w:r>
          </w:p>
        </w:tc>
      </w:tr>
      <w:tr>
        <w:tc>
          <w:tcPr>
            <w:tcW w:type="dxa" w:w="1606"/>
          </w:tcPr>
          <w:p>
            <w:r>
              <w:t>Magasin Nantes Atlantis</w:t>
            </w:r>
          </w:p>
        </w:tc>
        <w:tc>
          <w:tcPr>
            <w:tcW w:type="dxa" w:w="1606"/>
          </w:tcPr>
          <w:p>
            <w:r>
              <w:t>28 738,91</w:t>
            </w:r>
          </w:p>
        </w:tc>
        <w:tc>
          <w:tcPr>
            <w:tcW w:type="dxa" w:w="1606"/>
          </w:tcPr>
          <w:p>
            <w:r>
              <w:t>Nantes</w:t>
            </w:r>
          </w:p>
        </w:tc>
        <w:tc>
          <w:tcPr>
            <w:tcW w:type="dxa" w:w="1606"/>
          </w:tcPr>
          <w:p>
            <w:r>
              <w:t>2018</w:t>
            </w:r>
          </w:p>
        </w:tc>
        <w:tc>
          <w:tcPr>
            <w:tcW w:type="dxa" w:w="1606"/>
          </w:tcPr>
          <w:p>
            <w:r>
              <w:t>240</w:t>
            </w:r>
          </w:p>
        </w:tc>
        <w:tc>
          <w:tcPr>
            <w:tcW w:type="dxa" w:w="1606"/>
          </w:tcPr>
          <w:p>
            <w:r>
              <w:t>Julie Weber</w:t>
            </w:r>
          </w:p>
        </w:tc>
      </w:tr>
      <w:tr>
        <w:tc>
          <w:tcPr>
            <w:tcW w:type="dxa" w:w="1606"/>
          </w:tcPr>
          <w:p>
            <w:r>
              <w:t>Magasin Lyon Part-Dieu</w:t>
            </w:r>
          </w:p>
        </w:tc>
        <w:tc>
          <w:tcPr>
            <w:tcW w:type="dxa" w:w="1606"/>
          </w:tcPr>
          <w:p>
            <w:r>
              <w:t>17 161,04</w:t>
            </w:r>
          </w:p>
        </w:tc>
        <w:tc>
          <w:tcPr>
            <w:tcW w:type="dxa" w:w="1606"/>
          </w:tcPr>
          <w:p>
            <w:r>
              <w:t>Lyon</w:t>
            </w:r>
          </w:p>
        </w:tc>
        <w:tc>
          <w:tcPr>
            <w:tcW w:type="dxa" w:w="1606"/>
          </w:tcPr>
          <w:p>
            <w:r>
              <w:t>2021</w:t>
            </w:r>
          </w:p>
        </w:tc>
        <w:tc>
          <w:tcPr>
            <w:tcW w:type="dxa" w:w="1606"/>
          </w:tcPr>
          <w:p>
            <w:r>
              <w:t>210</w:t>
            </w:r>
          </w:p>
        </w:tc>
        <w:tc>
          <w:tcPr>
            <w:tcW w:type="dxa" w:w="1606"/>
          </w:tcPr>
          <w:p>
            <w:r>
              <w:t>Théo Marchand</w:t>
            </w:r>
          </w:p>
        </w:tc>
      </w:tr>
      <w:tr>
        <w:tc>
          <w:tcPr>
            <w:tcW w:type="dxa" w:w="1606"/>
          </w:tcPr>
          <w:p>
            <w:r>
              <w:t>Télévente</w:t>
            </w:r>
          </w:p>
        </w:tc>
        <w:tc>
          <w:tcPr>
            <w:tcW w:type="dxa" w:w="1606"/>
          </w:tcPr>
          <w:p>
            <w:r>
              <w:t>51 809,08</w:t>
            </w:r>
          </w:p>
        </w:tc>
        <w:tc>
          <w:tcPr>
            <w:tcW w:type="dxa" w:w="1606"/>
          </w:tcPr>
          <w:p>
            <w:r>
              <w:t>Nantes</w:t>
            </w:r>
          </w:p>
        </w:tc>
        <w:tc>
          <w:tcPr>
            <w:tcW w:type="dxa" w:w="1606"/>
          </w:tcPr>
          <w:p>
            <w:r>
              <w:t>2011</w:t>
            </w:r>
          </w:p>
        </w:tc>
        <w:tc>
          <w:tcPr>
            <w:tcW w:type="dxa" w:w="1606"/>
          </w:tcPr>
          <w:p>
            <w:r>
              <w:t>—</w:t>
            </w:r>
          </w:p>
        </w:tc>
        <w:tc>
          <w:tcPr>
            <w:tcW w:type="dxa" w:w="1606"/>
          </w:tcPr>
          <w:p>
            <w:r>
              <w:t>Camille Roy</w:t>
            </w:r>
          </w:p>
        </w:tc>
      </w:tr>
      <w:tr>
        <w:tc>
          <w:tcPr>
            <w:tcW w:type="dxa" w:w="1606"/>
          </w:tcPr>
          <w:p>
            <w:r>
              <w:t>Place de marché partenaire</w:t>
            </w:r>
          </w:p>
        </w:tc>
        <w:tc>
          <w:tcPr>
            <w:tcW w:type="dxa" w:w="1606"/>
          </w:tcPr>
          <w:p>
            <w:r>
              <w:t>33 449,15</w:t>
            </w:r>
          </w:p>
        </w:tc>
        <w:tc>
          <w:tcPr>
            <w:tcW w:type="dxa" w:w="1606"/>
          </w:tcPr>
          <w:p>
            <w:r>
              <w:t>—</w:t>
            </w:r>
          </w:p>
        </w:tc>
        <w:tc>
          <w:tcPr>
            <w:tcW w:type="dxa" w:w="1606"/>
          </w:tcPr>
          <w:p>
            <w:r>
              <w:t>2023</w:t>
            </w:r>
          </w:p>
        </w:tc>
        <w:tc>
          <w:tcPr>
            <w:tcW w:type="dxa" w:w="1606"/>
          </w:tcPr>
          <w:p>
            <w:r>
              <w:t>—</w:t>
            </w:r>
          </w:p>
        </w:tc>
        <w:tc>
          <w:tcPr>
            <w:tcW w:type="dxa" w:w="1606"/>
          </w:tcPr>
          <w:p>
            <w:r>
              <w:t>Yanis Fontaine</w:t>
            </w:r>
          </w:p>
        </w:tc>
      </w:tr>
    </w:tbl>
    <w:p>
      <w:r>
        <w:drawing>
          <wp:anchor distT="0" distB="0" distL="114300" distR="114300" simplePos="0" relativeHeight="251659264" behindDoc="0" locked="0" layoutInCell="1" allowOverlap="1">
            <wp:simplePos x="0" y="0"/>
            <wp:positionH relativeFrom="column">
              <wp:align>right</wp:align>
            </wp:positionH>
            <wp:positionV relativeFrom="paragraph">
              <wp:posOffset>0</wp:posOffset>
            </wp:positionV>
            <wp:extent cx="2520000" cy="1680000"/>
            <wp:effectExtent l="0" t="0" r="0" b="0"/>
            <wp:wrapSquare wrapText="bothSides"/>
            <wp:docPr id="2" name="Picture 2" descr="La vitrine du magasin Datashop de Lyon Part-Die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datashop-magasin-lyon.png"/>
                    <pic:cNvPicPr/>
                  </pic:nvPicPr>
                  <pic:blipFill>
                    <a:blip r:embed="rId10"/>
                    <a:stretch>
                      <a:fillRect/>
                    </a:stretch>
                  </pic:blipFill>
                  <pic:spPr>
                    <a:xfrm>
                      <a:off x="0" y="0"/>
                      <a:ext cx="2520000" cy="1680000"/>
                    </a:xfrm>
                    <a:prstGeom prst="rect"/>
                  </pic:spPr>
                </pic:pic>
              </a:graphicData>
            </a:graphic>
          </wp:anchor>
        </w:drawing>
      </w:r>
    </w:p>
    <w:p>
      <w:r>
        <w:t xml:space="preserve">Nantes progresse de 29,4 % et devient notre 1</w:t>
      </w:r>
      <w:r>
        <w:rPr>
          <w:vertAlign w:val="superscript"/>
        </w:rPr>
        <w:t xml:space="preserve">er</w:t>
      </w:r>
      <w:r>
        <w:t xml:space="preserve"> magasin. Lille recule de 9,3 % et Lyon de 34,2 % : une analyse est en cours. Notre 3</w:t>
      </w:r>
      <w:r>
        <w:rPr>
          <w:vertAlign w:val="superscript"/>
        </w:rPr>
        <w:t xml:space="preserve">e</w:t>
      </w:r>
      <w:r>
        <w:t xml:space="preserve"> magasin, celui de Lyon Part-Dieu, ouvert en 2021, s'étend sur 210 </w:t>
      </w:r>
      <w:r>
        <w:t xml:space="preserve">m</w:t>
      </w:r>
      <w:r>
        <w:rPr>
          <w:vertAlign w:val="superscript"/>
        </w:rPr>
        <w:t xml:space="preserve">2</w:t>
      </w:r>
      <w:r>
        <w:t xml:space="preserve"> au cœur du quartier d'affaires.</w:t>
      </w:r>
    </w:p>
    <w:p>
      <w:pPr>
        <w:pStyle w:val="Heading1"/>
      </w:pPr>
      <w:r>
        <w:t>Trois enseignements</w:t>
      </w:r>
    </w:p>
    <w:p>
      <w:pPr>
        <w:sectPr>
          <w:footerReference w:type="default" r:id="rId12"/>
          <w:pgSz w:w="11906" w:h="16838"/>
          <w:pgMar w:top="1134" w:right="1134" w:bottom="1134" w:left="1134" w:header="720" w:footer="720" w:gutter="0"/>
          <w:cols w:space="720"/>
          <w:docGrid w:linePitch="360"/>
        </w:sectPr>
      </w:pPr>
    </w:p>
    <w:p>
      <w:pPr>
        <w:pStyle w:val="Heading2"/>
      </w:pPr>
      <w:r>
        <w:t>La télévente décolle, le magasin recule</w:t>
      </w:r>
    </w:p>
    <w:p>
      <w:r>
        <w:t xml:space="preserve">Le chiffre d'affaires de la télévente passe de 30 276,92 € à 51 809,08 € : +71,1 %. Dans le même temps, les ventes en magasin reculent de 6,3 %. Nos clients professionnels préfèrent un conseiller au téléphone à un déplacement en boutique.</w:t>
      </w:r>
      <w:r>
        <w:t xml:space="preserve"> Avec un panier moyen de 740,13 €, la télévente est aussi notre canal le plus rentable par commande.</w:t>
      </w:r>
    </w:p>
    <w:p>
      <w:pPr>
        <w:pStyle w:val="Heading2"/>
      </w:pPr>
      <w:r>
        <w:t>Vendre beaucoup n'est pas gagner</w:t>
      </w:r>
    </w:p>
    <w:p>
      <w:r>
        <w:t xml:space="preserve">Les écrans représentent 26 % de notre chiffre d'affaires, mais c'est notre catégorie la moins rentable : 38,8 % de marge. À l'inverse, les services d'installation et de garantie ne pèsent que 6 % des ventes, avec 69,3 % de marge. En 2027, chaque vente d'écran sera accompagnée d'une offre de service.</w:t>
      </w:r>
    </w:p>
    <w:p>
      <w:pPr>
        <w:pStyle w:val="Heading2"/>
      </w:pPr>
      <w:r>
        <w:t>Nos retours parlent de logistique</w:t>
      </w:r>
    </w:p>
    <w:p>
      <w:r>
        <w:t xml:space="preserve">Nous avons enregistré 42 retours en deux ans. Le premier motif n'est pas un produit défectueux : c'est le colis endommagé, avec 11 retours, soit 26,2 % du total. Le problème est donc </w:t>
      </w:r>
      <w:r>
        <w:t xml:space="preserve">logistique</w:t>
      </w:r>
      <w:r>
        <w:t xml:space="preserve">, pas industriel. </w:t>
      </w:r>
      <w:r>
        <w:t xml:space="preserve">La protection de nos envois sera notre premier chantier de 2027.</w:t>
      </w:r>
      <w:r>
        <w:t xml:space="preserve"> Les 42 retours ont coûté 7 815,10 € de remboursements, dont 2 100,10 € pour les seuls colis endommagés.</w:t>
      </w:r>
    </w:p>
    <w:p>
      <w:pPr>
        <w:sectPr>
          <w:type w:val="continuous"/>
          <w:pgSz w:w="11906" w:h="16838"/>
          <w:pgMar w:top="1134" w:right="1134" w:bottom="1134" w:left="1134" w:header="720" w:footer="720" w:gutter="0"/>
          <w:cols w:num="2" w:space="567" w:sep="1"/>
          <w:docGrid w:linePitch="360"/>
        </w:sectPr>
      </w:pPr>
    </w:p>
    <w:p>
      <w:pPr>
        <w:pStyle w:val="Heading1"/>
      </w:pPr>
      <w:r>
        <w:t>Notre équipe</w:t>
      </w:r>
    </w:p>
    <w:p>
      <w:r>
        <w:t xml:space="preserve">Douze personnes font vivre </w:t>
      </w:r>
      <w:r>
        <w:t xml:space="preserve">Datashop</w:t>
      </w:r>
      <w:r>
        <w:t xml:space="preserve">, réparties en cinq services autour de la direction générale. L'organigramme ci-dessous montre qui fait quoi.</w:t>
      </w:r>
    </w:p>
    <w:p>
      <w:pPr>
        <w:jc w:val="center"/>
      </w:pPr>
      <w:r>
        <w:drawing>
          <wp:inline xmlns:a="http://schemas.openxmlformats.org/drawingml/2006/main" xmlns:pic="http://schemas.openxmlformats.org/drawingml/2006/picture">
            <wp:extent cx="5760000" cy="2736000"/>
            <wp:docPr id="3" name="Picture 3"/>
            <wp:cNvGraphicFramePr>
              <a:graphicFrameLocks noChangeAspect="1"/>
            </wp:cNvGraphicFramePr>
            <a:graphic>
              <a:graphicData uri="http://schemas.openxmlformats.org/drawingml/2006/picture">
                <pic:pic>
                  <pic:nvPicPr>
                    <pic:cNvPr id="0" name="datashop-organigramme.png"/>
                    <pic:cNvPicPr/>
                  </pic:nvPicPr>
                  <pic:blipFill>
                    <a:blip r:embed="rId11"/>
                    <a:stretch>
                      <a:fillRect/>
                    </a:stretch>
                  </pic:blipFill>
                  <pic:spPr>
                    <a:xfrm>
                      <a:off x="0" y="0"/>
                      <a:ext cx="5760000" cy="2736000"/>
                    </a:xfrm>
                    <a:prstGeom prst="rect"/>
                  </pic:spPr>
                </pic:pic>
              </a:graphicData>
            </a:graphic>
          </wp:inline>
        </w:drawing>
      </w:r>
    </w:p>
    <w:p>
      <w:pPr>
        <w:pStyle w:val="Heading1"/>
      </w:pPr>
      <w:r>
        <w:t>Nos engagements pour 2027</w:t>
      </w:r>
    </w:p>
    <w:p>
      <w:r>
        <w:t xml:space="preserve">Cinq engagements, dont nous vous rendrons compte dans notre prochain rapport :</w:t>
      </w:r>
    </w:p>
    <w:p>
      <w:pPr>
        <w:pStyle w:val="ListBullet"/>
      </w:pPr>
      <w:r>
        <w:t>Protéger nos colis : un nouvel emballage pour les écrans dès le mois de mars.</w:t>
      </w:r>
    </w:p>
    <w:p>
      <w:pPr>
        <w:pStyle w:val="ListBullet"/>
      </w:pPr>
      <w:r>
        <w:t>Proposer un service d'installation avec chaque écran vendu.</w:t>
      </w:r>
    </w:p>
    <w:p>
      <w:pPr>
        <w:pStyle w:val="ListBullet"/>
      </w:pPr>
      <w:r>
        <w:t>Renforcer l'équipe de télévente d'un conseiller.</w:t>
      </w:r>
    </w:p>
    <w:p>
      <w:pPr>
        <w:pStyle w:val="ListBullet"/>
      </w:pPr>
      <w:r>
        <w:t>Repenser l'accueil des magasins de Lille et de Lyon.</w:t>
      </w:r>
    </w:p>
    <w:p>
      <w:pPr>
        <w:pStyle w:val="ListBullet"/>
      </w:pPr>
      <w:r>
        <w:t>Répondre à chaque client professionnel sous 24 heures.</w:t>
      </w:r>
    </w:p>
    <w:p>
      <w:pPr>
        <w:pStyle w:val="Heading1"/>
      </w:pPr>
      <w:r>
        <w:t>Nos contacts</w:t>
      </w:r>
    </w:p>
    <w:p>
      <w:pPr>
        <w:tabs>
          <w:tab w:val="right" w:pos="9072" w:leader="dot"/>
        </w:tabs>
      </w:pPr>
      <w:r>
        <w:t xml:space="preserve">Boutique en ligne</w:t>
      </w:r>
      <w:r>
        <w:tab/>
      </w:r>
      <w:r>
        <w:t xml:space="preserve">datashop.fr</w:t>
      </w:r>
    </w:p>
    <w:p>
      <w:pPr>
        <w:tabs>
          <w:tab w:val="right" w:pos="9072" w:leader="dot"/>
        </w:tabs>
      </w:pPr>
      <w:r>
        <w:t xml:space="preserve">Magasin Lille Centre</w:t>
      </w:r>
      <w:r>
        <w:tab/>
      </w:r>
      <w:r>
        <w:t xml:space="preserve">03 20 00 00 01</w:t>
      </w:r>
    </w:p>
    <w:p>
      <w:pPr>
        <w:tabs>
          <w:tab w:val="right" w:pos="9072" w:leader="dot"/>
        </w:tabs>
      </w:pPr>
      <w:r>
        <w:t xml:space="preserve">Magasin Nantes Atlantis</w:t>
      </w:r>
      <w:r>
        <w:tab/>
      </w:r>
      <w:r>
        <w:t xml:space="preserve">02 40 00 00 02</w:t>
      </w:r>
    </w:p>
    <w:p>
      <w:pPr>
        <w:tabs>
          <w:tab w:val="right" w:pos="9072" w:leader="dot"/>
        </w:tabs>
      </w:pPr>
      <w:r>
        <w:t xml:space="preserve">Magasin Lyon Part-Dieu</w:t>
      </w:r>
      <w:r>
        <w:tab/>
      </w:r>
      <w:r>
        <w:t xml:space="preserve">04 72 00 00 03</w:t>
      </w:r>
    </w:p>
    <w:p>
      <w:pPr>
        <w:tabs>
          <w:tab w:val="right" w:pos="9072" w:leader="dot"/>
        </w:tabs>
      </w:pPr>
      <w:r>
        <w:t xml:space="preserve">Télévente</w:t>
      </w:r>
      <w:r>
        <w:tab/>
      </w:r>
      <w:r>
        <w:t xml:space="preserve">02 40 00 00 04</w:t>
      </w:r>
    </w:p>
    <w:p>
      <w:r>
        <w:t xml:space="preserve">Pour toute question sur ce rapport : la direction générale de </w:t>
      </w:r>
      <w:r>
        <w:t xml:space="preserve">Datashop</w:t>
      </w:r>
      <w:r>
        <w:t xml:space="preserve">, à Nantes.</w:t>
      </w:r>
    </w:p>
    <w:p>
      <w:r>
        <w:br w:type="page"/>
      </w:r>
    </w:p>
    <w:p>
      <w:pPr>
        <w:pStyle w:val="Heading1"/>
      </w:pPr>
      <w:r>
        <w:t>Annexe : le chiffre d'affaires mois par mois</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t>Mois</w:t>
            </w:r>
          </w:p>
        </w:tc>
        <w:tc>
          <w:tcPr>
            <w:tcW w:type="dxa" w:w="1928"/>
          </w:tcPr>
          <w:p>
            <w:r>
              <w:t>CA 2025 (€)</w:t>
            </w:r>
          </w:p>
        </w:tc>
        <w:tc>
          <w:tcPr>
            <w:tcW w:type="dxa" w:w="1928"/>
          </w:tcPr>
          <w:p>
            <w:r>
              <w:t>CA 2026 (€)</w:t>
            </w:r>
          </w:p>
        </w:tc>
        <w:tc>
          <w:tcPr>
            <w:tcW w:type="dxa" w:w="1928"/>
          </w:tcPr>
          <w:p>
            <w:r>
              <w:t>Écart (€)</w:t>
            </w:r>
          </w:p>
        </w:tc>
        <w:tc>
          <w:tcPr>
            <w:tcW w:type="dxa" w:w="1928"/>
          </w:tcPr>
          <w:p>
            <w:r>
              <w:t>Évolution</w:t>
            </w:r>
          </w:p>
        </w:tc>
      </w:tr>
      <w:tr>
        <w:tc>
          <w:tcPr>
            <w:tcW w:type="dxa" w:w="1928"/>
          </w:tcPr>
          <w:p>
            <w:r>
              <w:t>Janvier</w:t>
            </w:r>
          </w:p>
        </w:tc>
        <w:tc>
          <w:tcPr>
            <w:tcW w:type="dxa" w:w="1928"/>
          </w:tcPr>
          <w:p>
            <w:r>
              <w:t>14 349,88</w:t>
            </w:r>
          </w:p>
        </w:tc>
        <w:tc>
          <w:tcPr>
            <w:tcW w:type="dxa" w:w="1928"/>
          </w:tcPr>
          <w:p>
            <w:r>
              <w:t>16 181,07</w:t>
            </w:r>
          </w:p>
        </w:tc>
        <w:tc>
          <w:tcPr>
            <w:tcW w:type="dxa" w:w="1928"/>
          </w:tcPr>
          <w:p>
            <w:r>
              <w:t>1 831,19</w:t>
            </w:r>
          </w:p>
        </w:tc>
        <w:tc>
          <w:tcPr>
            <w:tcW w:type="dxa" w:w="1928"/>
          </w:tcPr>
          <w:p>
            <w:r>
              <w:t>+12,8 %</w:t>
            </w:r>
          </w:p>
        </w:tc>
      </w:tr>
      <w:tr>
        <w:tc>
          <w:tcPr>
            <w:tcW w:type="dxa" w:w="1928"/>
          </w:tcPr>
          <w:p>
            <w:r>
              <w:t>Février</w:t>
            </w:r>
          </w:p>
        </w:tc>
        <w:tc>
          <w:tcPr>
            <w:tcW w:type="dxa" w:w="1928"/>
          </w:tcPr>
          <w:p>
            <w:r>
              <w:t>13 377,31</w:t>
            </w:r>
          </w:p>
        </w:tc>
        <w:tc>
          <w:tcPr>
            <w:tcW w:type="dxa" w:w="1928"/>
          </w:tcPr>
          <w:p>
            <w:r>
              <w:t>15 301,13</w:t>
            </w:r>
          </w:p>
        </w:tc>
        <w:tc>
          <w:tcPr>
            <w:tcW w:type="dxa" w:w="1928"/>
          </w:tcPr>
          <w:p>
            <w:r>
              <w:t>1 923,82</w:t>
            </w:r>
          </w:p>
        </w:tc>
        <w:tc>
          <w:tcPr>
            <w:tcW w:type="dxa" w:w="1928"/>
          </w:tcPr>
          <w:p>
            <w:r>
              <w:t>+14,4 %</w:t>
            </w:r>
          </w:p>
        </w:tc>
      </w:tr>
      <w:tr>
        <w:tc>
          <w:tcPr>
            <w:tcW w:type="dxa" w:w="1928"/>
          </w:tcPr>
          <w:p>
            <w:r>
              <w:t>Mars</w:t>
            </w:r>
          </w:p>
        </w:tc>
        <w:tc>
          <w:tcPr>
            <w:tcW w:type="dxa" w:w="1928"/>
          </w:tcPr>
          <w:p>
            <w:r>
              <w:t>16 035,04</w:t>
            </w:r>
          </w:p>
        </w:tc>
        <w:tc>
          <w:tcPr>
            <w:tcW w:type="dxa" w:w="1928"/>
          </w:tcPr>
          <w:p>
            <w:r>
              <w:t>18 005,54</w:t>
            </w:r>
          </w:p>
        </w:tc>
        <w:tc>
          <w:tcPr>
            <w:tcW w:type="dxa" w:w="1928"/>
          </w:tcPr>
          <w:p>
            <w:r>
              <w:t>1 970,50</w:t>
            </w:r>
          </w:p>
        </w:tc>
        <w:tc>
          <w:tcPr>
            <w:tcW w:type="dxa" w:w="1928"/>
          </w:tcPr>
          <w:p>
            <w:r>
              <w:t>+12,3 %</w:t>
            </w:r>
          </w:p>
        </w:tc>
      </w:tr>
      <w:tr>
        <w:tc>
          <w:tcPr>
            <w:tcW w:type="dxa" w:w="1928"/>
          </w:tcPr>
          <w:p>
            <w:r>
              <w:t>Avril</w:t>
            </w:r>
          </w:p>
        </w:tc>
        <w:tc>
          <w:tcPr>
            <w:tcW w:type="dxa" w:w="1928"/>
          </w:tcPr>
          <w:p>
            <w:r>
              <w:t>15 146,33</w:t>
            </w:r>
          </w:p>
        </w:tc>
        <w:tc>
          <w:tcPr>
            <w:tcW w:type="dxa" w:w="1928"/>
          </w:tcPr>
          <w:p>
            <w:r>
              <w:t>17 679,28</w:t>
            </w:r>
          </w:p>
        </w:tc>
        <w:tc>
          <w:tcPr>
            <w:tcW w:type="dxa" w:w="1928"/>
          </w:tcPr>
          <w:p>
            <w:r>
              <w:t>2 532,95</w:t>
            </w:r>
          </w:p>
        </w:tc>
        <w:tc>
          <w:tcPr>
            <w:tcW w:type="dxa" w:w="1928"/>
          </w:tcPr>
          <w:p>
            <w:r>
              <w:t>+16,7 %</w:t>
            </w:r>
          </w:p>
        </w:tc>
      </w:tr>
      <w:tr>
        <w:tc>
          <w:tcPr>
            <w:tcW w:type="dxa" w:w="1928"/>
          </w:tcPr>
          <w:p>
            <w:r>
              <w:t>Mai</w:t>
            </w:r>
          </w:p>
        </w:tc>
        <w:tc>
          <w:tcPr>
            <w:tcW w:type="dxa" w:w="1928"/>
          </w:tcPr>
          <w:p>
            <w:r>
              <w:t>16 657,88</w:t>
            </w:r>
          </w:p>
        </w:tc>
        <w:tc>
          <w:tcPr>
            <w:tcW w:type="dxa" w:w="1928"/>
          </w:tcPr>
          <w:p>
            <w:r>
              <w:t>18 973,66</w:t>
            </w:r>
          </w:p>
        </w:tc>
        <w:tc>
          <w:tcPr>
            <w:tcW w:type="dxa" w:w="1928"/>
          </w:tcPr>
          <w:p>
            <w:r>
              <w:t>2 315,78</w:t>
            </w:r>
          </w:p>
        </w:tc>
        <w:tc>
          <w:tcPr>
            <w:tcW w:type="dxa" w:w="1928"/>
          </w:tcPr>
          <w:p>
            <w:r>
              <w:t>+13,9 %</w:t>
            </w:r>
          </w:p>
        </w:tc>
      </w:tr>
      <w:tr>
        <w:tc>
          <w:tcPr>
            <w:tcW w:type="dxa" w:w="1928"/>
          </w:tcPr>
          <w:p>
            <w:r>
              <w:t>Juin</w:t>
            </w:r>
          </w:p>
        </w:tc>
        <w:tc>
          <w:tcPr>
            <w:tcW w:type="dxa" w:w="1928"/>
          </w:tcPr>
          <w:p>
            <w:r>
              <w:t>16 831,49</w:t>
            </w:r>
          </w:p>
        </w:tc>
        <w:tc>
          <w:tcPr>
            <w:tcW w:type="dxa" w:w="1928"/>
          </w:tcPr>
          <w:p>
            <w:r>
              <w:t>20 298,27</w:t>
            </w:r>
          </w:p>
        </w:tc>
        <w:tc>
          <w:tcPr>
            <w:tcW w:type="dxa" w:w="1928"/>
          </w:tcPr>
          <w:p>
            <w:r>
              <w:t>3 466,78</w:t>
            </w:r>
          </w:p>
        </w:tc>
        <w:tc>
          <w:tcPr>
            <w:tcW w:type="dxa" w:w="1928"/>
          </w:tcPr>
          <w:p>
            <w:r>
              <w:t>+20,6 %</w:t>
            </w:r>
          </w:p>
        </w:tc>
      </w:tr>
      <w:tr>
        <w:tc>
          <w:tcPr>
            <w:tcW w:type="dxa" w:w="1928"/>
          </w:tcPr>
          <w:p>
            <w:r>
              <w:t>Juillet</w:t>
            </w:r>
          </w:p>
        </w:tc>
        <w:tc>
          <w:tcPr>
            <w:tcW w:type="dxa" w:w="1928"/>
          </w:tcPr>
          <w:p>
            <w:r>
              <w:t>16 522,59</w:t>
            </w:r>
          </w:p>
        </w:tc>
        <w:tc>
          <w:tcPr>
            <w:tcW w:type="dxa" w:w="1928"/>
          </w:tcPr>
          <w:p>
            <w:r>
              <w:t>19 394,38</w:t>
            </w:r>
          </w:p>
        </w:tc>
        <w:tc>
          <w:tcPr>
            <w:tcW w:type="dxa" w:w="1928"/>
          </w:tcPr>
          <w:p>
            <w:r>
              <w:t>2 871,79</w:t>
            </w:r>
          </w:p>
        </w:tc>
        <w:tc>
          <w:tcPr>
            <w:tcW w:type="dxa" w:w="1928"/>
          </w:tcPr>
          <w:p>
            <w:r>
              <w:t>+17,4 %</w:t>
            </w:r>
          </w:p>
        </w:tc>
      </w:tr>
      <w:tr>
        <w:tc>
          <w:tcPr>
            <w:tcW w:type="dxa" w:w="1928"/>
          </w:tcPr>
          <w:p>
            <w:r>
              <w:t>Août</w:t>
            </w:r>
          </w:p>
        </w:tc>
        <w:tc>
          <w:tcPr>
            <w:tcW w:type="dxa" w:w="1928"/>
          </w:tcPr>
          <w:p>
            <w:r>
              <w:t>9 276,54</w:t>
            </w:r>
          </w:p>
        </w:tc>
        <w:tc>
          <w:tcPr>
            <w:tcW w:type="dxa" w:w="1928"/>
          </w:tcPr>
          <w:p>
            <w:r>
              <w:t>10 560,32</w:t>
            </w:r>
          </w:p>
        </w:tc>
        <w:tc>
          <w:tcPr>
            <w:tcW w:type="dxa" w:w="1928"/>
          </w:tcPr>
          <w:p>
            <w:r>
              <w:t>1 283,78</w:t>
            </w:r>
          </w:p>
        </w:tc>
        <w:tc>
          <w:tcPr>
            <w:tcW w:type="dxa" w:w="1928"/>
          </w:tcPr>
          <w:p>
            <w:r>
              <w:t>+13,8 %</w:t>
            </w:r>
          </w:p>
        </w:tc>
      </w:tr>
      <w:tr>
        <w:tc>
          <w:tcPr>
            <w:tcW w:type="dxa" w:w="1928"/>
          </w:tcPr>
          <w:p>
            <w:r>
              <w:t>Septembre</w:t>
            </w:r>
          </w:p>
        </w:tc>
        <w:tc>
          <w:tcPr>
            <w:tcW w:type="dxa" w:w="1928"/>
          </w:tcPr>
          <w:p>
            <w:r>
              <w:t>18 516,54</w:t>
            </w:r>
          </w:p>
        </w:tc>
        <w:tc>
          <w:tcPr>
            <w:tcW w:type="dxa" w:w="1928"/>
          </w:tcPr>
          <w:p>
            <w:r>
              <w:t>22 006,07</w:t>
            </w:r>
          </w:p>
        </w:tc>
        <w:tc>
          <w:tcPr>
            <w:tcW w:type="dxa" w:w="1928"/>
          </w:tcPr>
          <w:p>
            <w:r>
              <w:t>3 489,53</w:t>
            </w:r>
          </w:p>
        </w:tc>
        <w:tc>
          <w:tcPr>
            <w:tcW w:type="dxa" w:w="1928"/>
          </w:tcPr>
          <w:p>
            <w:r>
              <w:t>+18,8 %</w:t>
            </w:r>
          </w:p>
        </w:tc>
      </w:tr>
      <w:tr>
        <w:tc>
          <w:tcPr>
            <w:tcW w:type="dxa" w:w="1928"/>
          </w:tcPr>
          <w:p>
            <w:r>
              <w:t>Octobre</w:t>
            </w:r>
          </w:p>
        </w:tc>
        <w:tc>
          <w:tcPr>
            <w:tcW w:type="dxa" w:w="1928"/>
          </w:tcPr>
          <w:p>
            <w:r>
              <w:t>17 613,68</w:t>
            </w:r>
          </w:p>
        </w:tc>
        <w:tc>
          <w:tcPr>
            <w:tcW w:type="dxa" w:w="1928"/>
          </w:tcPr>
          <w:p>
            <w:r>
              <w:t>20 405,99</w:t>
            </w:r>
          </w:p>
        </w:tc>
        <w:tc>
          <w:tcPr>
            <w:tcW w:type="dxa" w:w="1928"/>
          </w:tcPr>
          <w:p>
            <w:r>
              <w:t>2 792,31</w:t>
            </w:r>
          </w:p>
        </w:tc>
        <w:tc>
          <w:tcPr>
            <w:tcW w:type="dxa" w:w="1928"/>
          </w:tcPr>
          <w:p>
            <w:r>
              <w:t>+15,9 %</w:t>
            </w:r>
          </w:p>
        </w:tc>
      </w:tr>
      <w:tr>
        <w:tc>
          <w:tcPr>
            <w:tcW w:type="dxa" w:w="1928"/>
          </w:tcPr>
          <w:p>
            <w:r>
              <w:t>Novembre</w:t>
            </w:r>
          </w:p>
        </w:tc>
        <w:tc>
          <w:tcPr>
            <w:tcW w:type="dxa" w:w="1928"/>
          </w:tcPr>
          <w:p>
            <w:r>
              <w:t>22 023,02</w:t>
            </w:r>
          </w:p>
        </w:tc>
        <w:tc>
          <w:tcPr>
            <w:tcW w:type="dxa" w:w="1928"/>
          </w:tcPr>
          <w:p>
            <w:r>
              <w:t>25 816,02</w:t>
            </w:r>
          </w:p>
        </w:tc>
        <w:tc>
          <w:tcPr>
            <w:tcW w:type="dxa" w:w="1928"/>
          </w:tcPr>
          <w:p>
            <w:r>
              <w:t>3 793,00</w:t>
            </w:r>
          </w:p>
        </w:tc>
        <w:tc>
          <w:tcPr>
            <w:tcW w:type="dxa" w:w="1928"/>
          </w:tcPr>
          <w:p>
            <w:r>
              <w:t>+17,2 %</w:t>
            </w:r>
          </w:p>
        </w:tc>
      </w:tr>
      <w:tr>
        <w:tc>
          <w:tcPr>
            <w:tcW w:type="dxa" w:w="1928"/>
          </w:tcPr>
          <w:p>
            <w:r>
              <w:t>Décembre</w:t>
            </w:r>
          </w:p>
        </w:tc>
        <w:tc>
          <w:tcPr>
            <w:tcW w:type="dxa" w:w="1928"/>
          </w:tcPr>
          <w:p>
            <w:r>
              <w:t>25 259,89</w:t>
            </w:r>
          </w:p>
        </w:tc>
        <w:tc>
          <w:tcPr>
            <w:tcW w:type="dxa" w:w="1928"/>
          </w:tcPr>
          <w:p>
            <w:r>
              <w:t>29 668,93</w:t>
            </w:r>
          </w:p>
        </w:tc>
        <w:tc>
          <w:tcPr>
            <w:tcW w:type="dxa" w:w="1928"/>
          </w:tcPr>
          <w:p>
            <w:r>
              <w:t>4 409,04</w:t>
            </w:r>
          </w:p>
        </w:tc>
        <w:tc>
          <w:tcPr>
            <w:tcW w:type="dxa" w:w="1928"/>
          </w:tcPr>
          <w:p>
            <w:r>
              <w:t>+17,5 %</w:t>
            </w:r>
          </w:p>
        </w:tc>
      </w:tr>
      <w:tr>
        <w:tc>
          <w:tcPr>
            <w:tcW w:type="dxa" w:w="1928"/>
          </w:tcPr>
          <w:p>
            <w:r>
              <w:t>Total</w:t>
            </w:r>
          </w:p>
        </w:tc>
        <w:tc>
          <w:tcPr>
            <w:tcW w:type="dxa" w:w="1928"/>
          </w:tcPr>
          <w:p>
            <w:r>
              <w:t>201 610,19</w:t>
            </w:r>
          </w:p>
        </w:tc>
        <w:tc>
          <w:tcPr>
            <w:tcW w:type="dxa" w:w="1928"/>
          </w:tcPr>
          <w:p>
            <w:r>
              <w:t>234 290,66</w:t>
            </w:r>
          </w:p>
        </w:tc>
        <w:tc>
          <w:tcPr>
            <w:tcW w:type="dxa" w:w="1928"/>
          </w:tcPr>
          <w:p>
            <w:r>
              <w:t>32 680,47</w:t>
            </w:r>
          </w:p>
        </w:tc>
        <w:tc>
          <w:tcPr>
            <w:tcW w:type="dxa" w:w="1928"/>
          </w:tcPr>
          <w:p>
            <w:r>
              <w:t>+16,2 %</w:t>
            </w:r>
          </w:p>
        </w:tc>
      </w:tr>
    </w:tbl>
    <w:sectPr w:rsidR="00FC693F" w:rsidRPr="0006063C" w:rsidSect="00034616">
      <w:type w:val="continuous"/>
      <w:pgSz w:w="11906" w:h="16838"/>
      <w:pgMar w:top="1134" w:right="1134" w:bottom="1134"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Page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before="0"/>
      <w:jc w:val="both"/>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left"/>
      <w:outlineLvl w:val="0"/>
    </w:pPr>
    <w:rPr>
      <w:rFonts w:asciiTheme="majorHAnsi" w:eastAsiaTheme="majorEastAsia" w:hAnsiTheme="majorHAnsi" w:cstheme="majorBidi"/>
      <w:b/>
      <w:bCs/>
      <w:color w:val="3B5BFD"/>
      <w:sz w:val="28"/>
      <w:szCs w:val="28"/>
    </w:rPr>
  </w:style>
  <w:style w:type="paragraph" w:styleId="Heading2">
    <w:name w:val="heading 2"/>
    <w:basedOn w:val="Normal"/>
    <w:next w:val="Normal"/>
    <w:link w:val="Heading2Char"/>
    <w:uiPriority w:val="9"/>
    <w:unhideWhenUsed/>
    <w:qFormat/>
    <w:rsid w:val="00FC693F"/>
    <w:pPr>
      <w:keepNext/>
      <w:keepLines/>
      <w:spacing w:before="200" w:after="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left"/>
    </w:pPr>
    <w:rPr>
      <w:rFonts w:asciiTheme="majorHAnsi" w:eastAsiaTheme="majorEastAsia" w:hAnsiTheme="majorHAnsi" w:cstheme="majorBidi"/>
      <w:color w:val="3B5BF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jc w:val="left"/>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spacing w:after="60"/>
    </w:pPr>
  </w:style>
  <w:style w:type="paragraph" w:customStyle="1" w:styleId="toc2">
    <w:name w:val="toc 2"/>
    <w:basedOn w:val="Normal"/>
    <w:pPr>
      <w:spacing w:after="60"/>
      <w:ind w:left="3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 2026</dc:title>
  <dc:subject/>
  <dc:creator>Datashop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